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נרדפת או הפך?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מילים נרדפות למילים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מילים ולסווג אותם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נרדפת או הפך?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משהו בגודל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מילים הפכים הן בעלות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ביניהן ניגוד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אלו הפכים, 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לכל מילה יכולים להיות גם נרדפים וגם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בין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(סגור)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למשל: נרדפות - שמח ועליז (אותה משמעות); הפכים - חם וקר (משמעות הפוכה)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המילה 'גדול' - נרדפת: ענק, הפך: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אותה משמעות, הפכים -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מילים עם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מילים עם משמעות מנוגדת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מהמשחק (גדול-קטן) ולבקש מהתלמידים לנחש לפני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כמה זוגות נוספים לפני 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נרדפת או הפך?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זיהוי של זוגות מילים - האם הן נרדפות (אותה משמעות) או הפכים (משמעות הפוכה), בדיוק כמו במשחק המיון.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נרדפת או הפך?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גדול - קטן,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שמח - עליז,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שונות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יום - לילה,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מהיר - זריז,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חם - קר,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יפה - נאה,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גבוה - נמוך,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רץ - דוהר,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ו'ענק'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'אור' ו'חושך'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הפכים הן מילים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'פתוח' ו'סגור'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ו'עצוב' הן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'קטן' יכולה להיות הפך של 'גדול' וגם נרדפת ל'זעיר'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'חם'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נרדפת למילה 'מהיר'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 בין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זוג מילים נרדפות וזוג מילים הפכים, והסבירו את ההבדל ביניהם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וכתבו לה גם מילה נרדפת וגם הפך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מילים נרדפות למילים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למילים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נרדפת או הפך?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