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נרדפת או הפך?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מילים נרדפות למילים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מילים ולסווג אותם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נרדפת או הפך?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נרדפות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משהו בגודל 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מילים הפוכות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מילים הפכים הן בעלות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ביניהן ניגוד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אלו הפכים, לא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לכל מילה יכולים להיות גם נרדפים וגם הפכים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זריז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התאימו בין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(סגור)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חשיבה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למשל: נרדפות - שמח ועליז (אותה משמעות); הפכים - חם וקר (משמעות הפוכה)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המילה 'גדול' - נרדפת: ענק, הפך: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- אותה משמעות, הפכים - משמעות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מילים עם 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מילים עם משמעות מנוגדת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מהמשחק (גדול-קטן) ולבקש מהתלמידים לנחש לפני ההסבר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כמה זוגות נוספים לפני תרגול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בדוגמאות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נרדפת או הפך?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על מילים דומות ומילים הפוכות. נמיין זוגות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שיש להן אותה משמעות, כמו גדול וענק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עם משמעות הפוכה, כמו גדול וקטן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לסדר לפי קבוצות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הפירוש של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לסווג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בקבוצה הנכונה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נרדפת או הפך?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גדול וקטן - נרדפות או הפכים?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שמח ועליז - נרדפות או הפכים?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שונות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יום - לילה,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מהיר - זריז,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חם - קר,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יפה - נאה,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גבוה - נמוך,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רץ - דוהר, זהו זוג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מילות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'גדול' ו'ענק'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'אור' ו'חושך'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הפכים הן מילים עם משמעות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'פתוח' ו'סגור'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'שמח' ו'עצוב' הן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'קטן' יכולה להיות הפך של 'גדול' וגם נרדפת ל'זעיר'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מהמילה 'גדול'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למילה 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מהמילה 'יום'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נרדפת למילה 'יפה'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מהמילה 'חם'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מילה נרדפת למילה 'מהיר'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התאימו בין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חשיבה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זוג מילים נרדפות וזוג מילים הפכים, והסבירו את ההבדל ביניהם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אחת וכתבו לה גם מילה נרדפת וגם הפך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מילים נרדפות למילים 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למילים 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נרדפת או הפך?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