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נרדפות למילים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ולסווג אותם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משהו בגודל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מילים הפכים הן בעלות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למשל: נרדפות - שמח ועליז (אותה משמעות); הפכים - חם וקר (משמעות הפוכה)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אותה 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מהמשחק (גדול-קטן) ולבקש מהתלמידים לנחש לפני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כמה זוגות נוספים לפני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של זוגות מילים - האם הן נרדפות (אותה משמעות) או הפכים (משמעות הפוכה), בדיוק כמו במשחק המיון.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קטן  ·  עליז  ·  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גדול - קטן,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שמח - עליז,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יום - לילה,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אותה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'גדול' ו'ענק'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הפכים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מהמילה 'יום'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התאימו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זוג מילים נרדפות וזוג מילים הפכים, והסבירו את ההבדל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מילים נרדפות למילים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נרדפת או הפך?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